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A87EC4" w:rsidR="00A87EC4" w:rsidP="00A87EC4" w:rsidRDefault="00A87EC4" w14:paraId="1623C677" w14:textId="457D919A">
      <w:pPr>
        <w:pStyle w:val="Heading1"/>
        <w:jc w:val="center"/>
        <w:rPr>
          <w:rFonts w:ascii="Arial" w:hAnsi="Arial" w:cs="Arial"/>
          <w:sz w:val="24"/>
          <w:szCs w:val="24"/>
        </w:rPr>
      </w:pPr>
      <w:r w:rsidRPr="00A87EC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1AF005A" wp14:editId="1F4F6FB7">
            <wp:extent cx="1706880" cy="1329055"/>
            <wp:effectExtent l="0" t="0" r="7620" b="4445"/>
            <wp:docPr id="19998736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132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7295F" w:rsidRDefault="00A87EC4" w14:paraId="549C5FD6" w14:textId="329FF1F7">
      <w:pPr>
        <w:pStyle w:val="Heading1"/>
        <w:rPr>
          <w:rFonts w:ascii="Arial" w:hAnsi="Arial" w:cs="Arial"/>
          <w:sz w:val="24"/>
          <w:szCs w:val="24"/>
        </w:rPr>
      </w:pPr>
      <w:r w:rsidRPr="00A87EC4">
        <w:rPr>
          <w:rFonts w:ascii="Arial" w:hAnsi="Arial" w:cs="Arial"/>
          <w:sz w:val="24"/>
          <w:szCs w:val="24"/>
        </w:rPr>
        <w:t xml:space="preserve">The Royal School </w:t>
      </w:r>
      <w:r w:rsidRPr="00A87EC4">
        <w:rPr>
          <w:rFonts w:ascii="Arial" w:hAnsi="Arial" w:cs="Arial"/>
          <w:sz w:val="24"/>
          <w:szCs w:val="24"/>
        </w:rPr>
        <w:t>Volunteer Application Form (Ad Hoc Volunteering)</w:t>
      </w:r>
    </w:p>
    <w:p w:rsidR="00A87EC4" w:rsidP="00A87EC4" w:rsidRDefault="00A87EC4" w14:paraId="68214E26" w14:textId="77777777">
      <w:pPr>
        <w:spacing w:after="0" w:line="240" w:lineRule="auto"/>
        <w:textAlignment w:val="baseline"/>
        <w:rPr>
          <w:rFonts w:ascii="Arial" w:hAnsi="Arial" w:eastAsia="Times New Roman" w:cs="Arial"/>
        </w:rPr>
      </w:pPr>
      <w:r w:rsidRPr="001F75AB">
        <w:rPr>
          <w:rFonts w:ascii="Arial" w:hAnsi="Arial" w:eastAsia="Times New Roman" w:cs="Arial"/>
        </w:rPr>
        <w:t>Complete the application form in full.  </w:t>
      </w:r>
    </w:p>
    <w:p w:rsidRPr="001F75AB" w:rsidR="00A87EC4" w:rsidP="00A87EC4" w:rsidRDefault="00A87EC4" w14:paraId="60C000BD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18"/>
          <w:szCs w:val="18"/>
        </w:rPr>
      </w:pPr>
    </w:p>
    <w:p w:rsidR="00A87EC4" w:rsidP="00A87EC4" w:rsidRDefault="00A87EC4" w14:paraId="20667705" w14:textId="77777777">
      <w:pPr>
        <w:spacing w:after="0" w:line="240" w:lineRule="auto"/>
        <w:textAlignment w:val="baseline"/>
        <w:rPr>
          <w:rFonts w:ascii="Arial" w:hAnsi="Arial" w:eastAsia="Times New Roman" w:cs="Arial"/>
        </w:rPr>
      </w:pPr>
      <w:r w:rsidRPr="001F75AB">
        <w:rPr>
          <w:rFonts w:ascii="Arial" w:hAnsi="Arial" w:eastAsia="Times New Roman" w:cs="Arial"/>
        </w:rPr>
        <w:t>Please note that the school may not be able to accommodate all preferences.</w:t>
      </w:r>
    </w:p>
    <w:p w:rsidR="00A87EC4" w:rsidP="00A87EC4" w:rsidRDefault="00A87EC4" w14:paraId="4ECE143C" w14:textId="77777777">
      <w:pPr>
        <w:spacing w:after="0" w:line="240" w:lineRule="auto"/>
        <w:textAlignment w:val="baseline"/>
        <w:rPr>
          <w:rFonts w:ascii="Arial" w:hAnsi="Arial" w:eastAsia="Times New Roman" w:cs="Arial"/>
        </w:rPr>
      </w:pPr>
    </w:p>
    <w:p w:rsidR="00A87EC4" w:rsidP="00A87EC4" w:rsidRDefault="00A87EC4" w14:paraId="40E932F1" w14:textId="297EF937">
      <w:pPr>
        <w:spacing w:after="0" w:line="240" w:lineRule="auto"/>
        <w:textAlignment w:val="baseline"/>
        <w:rPr>
          <w:rFonts w:ascii="Arial" w:hAnsi="Arial" w:eastAsia="Times New Roman" w:cs="Arial"/>
        </w:rPr>
      </w:pPr>
      <w:r>
        <w:rPr>
          <w:rFonts w:ascii="Arial" w:hAnsi="Arial" w:eastAsia="Times New Roman" w:cs="Arial"/>
        </w:rPr>
        <w:t xml:space="preserve">Please return to </w:t>
      </w:r>
      <w:hyperlink w:history="1" r:id="rId12">
        <w:r w:rsidRPr="00731073">
          <w:rPr>
            <w:rStyle w:val="Hyperlink"/>
            <w:rFonts w:ascii="Arial" w:hAnsi="Arial" w:eastAsia="Times New Roman" w:cs="Arial"/>
          </w:rPr>
          <w:t>lcallaway@theroyal.school</w:t>
        </w:r>
      </w:hyperlink>
      <w:r>
        <w:rPr>
          <w:rFonts w:ascii="Arial" w:hAnsi="Arial" w:eastAsia="Times New Roman" w:cs="Arial"/>
        </w:rPr>
        <w:t xml:space="preserve"> </w:t>
      </w:r>
      <w:r w:rsidRPr="001F75AB">
        <w:rPr>
          <w:rFonts w:ascii="Arial" w:hAnsi="Arial" w:eastAsia="Times New Roman" w:cs="Arial"/>
        </w:rPr>
        <w:t> </w:t>
      </w:r>
    </w:p>
    <w:p w:rsidRPr="00A87EC4" w:rsidR="00A87EC4" w:rsidP="00A87EC4" w:rsidRDefault="00A87EC4" w14:paraId="3D43ABC4" w14:textId="77777777"/>
    <w:p w:rsidRPr="00A87EC4" w:rsidR="0087295F" w:rsidRDefault="00A87EC4" w14:paraId="0E158331" w14:textId="77777777">
      <w:pPr>
        <w:pStyle w:val="Heading2"/>
        <w:rPr>
          <w:rFonts w:ascii="Arial" w:hAnsi="Arial" w:cs="Arial"/>
          <w:sz w:val="24"/>
          <w:szCs w:val="24"/>
        </w:rPr>
      </w:pPr>
      <w:r w:rsidRPr="00A87EC4">
        <w:rPr>
          <w:rFonts w:ascii="Arial" w:hAnsi="Arial" w:cs="Arial"/>
          <w:sz w:val="24"/>
          <w:szCs w:val="24"/>
        </w:rPr>
        <w:t>Personal Details</w:t>
      </w:r>
    </w:p>
    <w:p w:rsidRPr="00A87EC4" w:rsidR="0087295F" w:rsidRDefault="00A87EC4" w14:paraId="6A56983C" w14:textId="77777777">
      <w:pPr>
        <w:rPr>
          <w:rFonts w:ascii="Arial" w:hAnsi="Arial" w:cs="Arial"/>
          <w:sz w:val="24"/>
          <w:szCs w:val="24"/>
        </w:rPr>
      </w:pPr>
      <w:r w:rsidRPr="00A87EC4">
        <w:rPr>
          <w:rFonts w:ascii="Arial" w:hAnsi="Arial" w:cs="Arial"/>
          <w:sz w:val="24"/>
          <w:szCs w:val="24"/>
        </w:rPr>
        <w:t>Full Name: ____________________________________________</w:t>
      </w:r>
    </w:p>
    <w:p w:rsidRPr="00A87EC4" w:rsidR="0087295F" w:rsidRDefault="00A87EC4" w14:paraId="171B20CC" w14:textId="77777777">
      <w:pPr>
        <w:rPr>
          <w:rFonts w:ascii="Arial" w:hAnsi="Arial" w:cs="Arial"/>
          <w:sz w:val="24"/>
          <w:szCs w:val="24"/>
        </w:rPr>
      </w:pPr>
      <w:r w:rsidRPr="00A87EC4">
        <w:rPr>
          <w:rFonts w:ascii="Arial" w:hAnsi="Arial" w:cs="Arial"/>
          <w:sz w:val="24"/>
          <w:szCs w:val="24"/>
        </w:rPr>
        <w:t>Address: ____________________________________________</w:t>
      </w:r>
    </w:p>
    <w:p w:rsidRPr="00A87EC4" w:rsidR="0087295F" w:rsidRDefault="00A87EC4" w14:paraId="06C5F446" w14:textId="77777777">
      <w:pPr>
        <w:rPr>
          <w:rFonts w:ascii="Arial" w:hAnsi="Arial" w:cs="Arial"/>
          <w:sz w:val="24"/>
          <w:szCs w:val="24"/>
        </w:rPr>
      </w:pPr>
      <w:r w:rsidRPr="00A87EC4">
        <w:rPr>
          <w:rFonts w:ascii="Arial" w:hAnsi="Arial" w:cs="Arial"/>
          <w:sz w:val="24"/>
          <w:szCs w:val="24"/>
        </w:rPr>
        <w:t>Phone Number: _______________________________________</w:t>
      </w:r>
    </w:p>
    <w:p w:rsidRPr="00A87EC4" w:rsidR="0087295F" w:rsidRDefault="00A87EC4" w14:paraId="7338E3D0" w14:textId="77777777">
      <w:pPr>
        <w:rPr>
          <w:rFonts w:ascii="Arial" w:hAnsi="Arial" w:cs="Arial"/>
          <w:sz w:val="24"/>
          <w:szCs w:val="24"/>
        </w:rPr>
      </w:pPr>
      <w:r w:rsidRPr="00A87EC4">
        <w:rPr>
          <w:rFonts w:ascii="Arial" w:hAnsi="Arial" w:cs="Arial"/>
          <w:sz w:val="24"/>
          <w:szCs w:val="24"/>
        </w:rPr>
        <w:t>Email Address: _______________________________________</w:t>
      </w:r>
    </w:p>
    <w:p w:rsidRPr="00A87EC4" w:rsidR="0087295F" w:rsidRDefault="00A87EC4" w14:paraId="6888A037" w14:textId="77777777">
      <w:pPr>
        <w:pStyle w:val="Heading2"/>
        <w:rPr>
          <w:rFonts w:ascii="Arial" w:hAnsi="Arial" w:cs="Arial"/>
          <w:sz w:val="24"/>
          <w:szCs w:val="24"/>
        </w:rPr>
      </w:pPr>
      <w:r w:rsidRPr="00A87EC4">
        <w:rPr>
          <w:rFonts w:ascii="Arial" w:hAnsi="Arial" w:cs="Arial"/>
          <w:sz w:val="24"/>
          <w:szCs w:val="24"/>
        </w:rPr>
        <w:t>Emergency Contact</w:t>
      </w:r>
    </w:p>
    <w:p w:rsidRPr="00A87EC4" w:rsidR="0087295F" w:rsidRDefault="00A87EC4" w14:paraId="5C774F58" w14:textId="77777777">
      <w:pPr>
        <w:rPr>
          <w:rFonts w:ascii="Arial" w:hAnsi="Arial" w:cs="Arial"/>
          <w:sz w:val="24"/>
          <w:szCs w:val="24"/>
        </w:rPr>
      </w:pPr>
      <w:r w:rsidRPr="00A87EC4">
        <w:rPr>
          <w:rFonts w:ascii="Arial" w:hAnsi="Arial" w:cs="Arial"/>
          <w:sz w:val="24"/>
          <w:szCs w:val="24"/>
        </w:rPr>
        <w:t>Name: _______________________________________________</w:t>
      </w:r>
    </w:p>
    <w:p w:rsidRPr="00A87EC4" w:rsidR="0087295F" w:rsidRDefault="00A87EC4" w14:paraId="682BDC5A" w14:textId="77777777">
      <w:pPr>
        <w:rPr>
          <w:rFonts w:ascii="Arial" w:hAnsi="Arial" w:cs="Arial"/>
          <w:sz w:val="24"/>
          <w:szCs w:val="24"/>
        </w:rPr>
      </w:pPr>
      <w:r w:rsidRPr="00A87EC4">
        <w:rPr>
          <w:rFonts w:ascii="Arial" w:hAnsi="Arial" w:cs="Arial"/>
          <w:sz w:val="24"/>
          <w:szCs w:val="24"/>
        </w:rPr>
        <w:t>Relationship: _________________________________________</w:t>
      </w:r>
    </w:p>
    <w:p w:rsidRPr="00A87EC4" w:rsidR="0087295F" w:rsidRDefault="00A87EC4" w14:paraId="75B14C6C" w14:textId="77777777">
      <w:pPr>
        <w:rPr>
          <w:rFonts w:ascii="Arial" w:hAnsi="Arial" w:cs="Arial"/>
          <w:sz w:val="24"/>
          <w:szCs w:val="24"/>
        </w:rPr>
      </w:pPr>
      <w:r w:rsidRPr="00A87EC4">
        <w:rPr>
          <w:rFonts w:ascii="Arial" w:hAnsi="Arial" w:cs="Arial"/>
          <w:sz w:val="24"/>
          <w:szCs w:val="24"/>
        </w:rPr>
        <w:t>Phone Number: _______________________________________</w:t>
      </w:r>
    </w:p>
    <w:p w:rsidRPr="00A87EC4" w:rsidR="0087295F" w:rsidRDefault="00A87EC4" w14:paraId="2DCDC25F" w14:textId="77777777">
      <w:pPr>
        <w:pStyle w:val="Heading2"/>
        <w:rPr>
          <w:rFonts w:ascii="Arial" w:hAnsi="Arial" w:cs="Arial"/>
          <w:sz w:val="24"/>
          <w:szCs w:val="24"/>
        </w:rPr>
      </w:pPr>
      <w:r w:rsidRPr="00A87EC4">
        <w:rPr>
          <w:rFonts w:ascii="Arial" w:hAnsi="Arial" w:cs="Arial"/>
          <w:sz w:val="24"/>
          <w:szCs w:val="24"/>
        </w:rPr>
        <w:t>Availability</w:t>
      </w:r>
    </w:p>
    <w:p w:rsidRPr="00A87EC4" w:rsidR="0087295F" w:rsidRDefault="00A87EC4" w14:paraId="49A68928" w14:textId="77777777">
      <w:pPr>
        <w:rPr>
          <w:rFonts w:ascii="Arial" w:hAnsi="Arial" w:cs="Arial"/>
          <w:sz w:val="24"/>
          <w:szCs w:val="24"/>
        </w:rPr>
      </w:pPr>
      <w:r w:rsidRPr="00A87EC4">
        <w:rPr>
          <w:rFonts w:ascii="Arial" w:hAnsi="Arial" w:cs="Arial"/>
          <w:sz w:val="24"/>
          <w:szCs w:val="24"/>
        </w:rPr>
        <w:t>Please indicate your general availability (e.g., weekdays, weekends, specific times):</w:t>
      </w:r>
    </w:p>
    <w:p w:rsidRPr="00A87EC4" w:rsidR="0087295F" w:rsidRDefault="00A87EC4" w14:paraId="14E8AAC9" w14:textId="77777777">
      <w:pPr>
        <w:rPr>
          <w:rFonts w:ascii="Arial" w:hAnsi="Arial" w:cs="Arial"/>
          <w:sz w:val="24"/>
          <w:szCs w:val="24"/>
        </w:rPr>
      </w:pPr>
      <w:r w:rsidRPr="00A87EC4">
        <w:rPr>
          <w:rFonts w:ascii="Arial" w:hAnsi="Arial" w:cs="Arial"/>
          <w:sz w:val="24"/>
          <w:szCs w:val="24"/>
        </w:rPr>
        <w:t>_____________________________________________________</w:t>
      </w:r>
    </w:p>
    <w:p w:rsidRPr="00A87EC4" w:rsidR="0087295F" w:rsidRDefault="00A87EC4" w14:paraId="3CECA009" w14:textId="77777777">
      <w:pPr>
        <w:pStyle w:val="Heading2"/>
        <w:rPr>
          <w:rFonts w:ascii="Arial" w:hAnsi="Arial" w:cs="Arial"/>
          <w:sz w:val="24"/>
          <w:szCs w:val="24"/>
        </w:rPr>
      </w:pPr>
      <w:r w:rsidRPr="00A87EC4">
        <w:rPr>
          <w:rFonts w:ascii="Arial" w:hAnsi="Arial" w:cs="Arial"/>
          <w:sz w:val="24"/>
          <w:szCs w:val="24"/>
        </w:rPr>
        <w:t>Areas of Interest</w:t>
      </w:r>
    </w:p>
    <w:p w:rsidRPr="00A87EC4" w:rsidR="0087295F" w:rsidRDefault="00A87EC4" w14:paraId="5CC449E4" w14:textId="77777777">
      <w:pPr>
        <w:rPr>
          <w:rFonts w:ascii="Arial" w:hAnsi="Arial" w:cs="Arial"/>
          <w:sz w:val="24"/>
          <w:szCs w:val="24"/>
        </w:rPr>
      </w:pPr>
      <w:r w:rsidRPr="00A87EC4">
        <w:rPr>
          <w:rFonts w:ascii="Arial" w:hAnsi="Arial" w:cs="Arial"/>
          <w:sz w:val="24"/>
          <w:szCs w:val="24"/>
        </w:rPr>
        <w:t>Please tick or specify the areas you are interested in volunteering:</w:t>
      </w:r>
    </w:p>
    <w:p w:rsidR="00A87EC4" w:rsidP="00A87EC4" w:rsidRDefault="00A87EC4" w14:paraId="1D64EE61" w14:textId="77777777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A87EC4">
        <w:rPr>
          <w:rFonts w:ascii="Arial" w:hAnsi="Arial" w:cs="Arial"/>
          <w:sz w:val="24"/>
          <w:szCs w:val="24"/>
        </w:rPr>
        <w:t>[ ]</w:t>
      </w:r>
      <w:proofErr w:type="gramEnd"/>
      <w:r w:rsidRPr="00A87EC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Special Events</w:t>
      </w:r>
    </w:p>
    <w:p w:rsidR="00A87EC4" w:rsidP="00A87EC4" w:rsidRDefault="00A87EC4" w14:paraId="31A73413" w14:textId="1AFAB1BD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School Fairs, concerts and sports days</w:t>
      </w:r>
      <w:r w:rsidRPr="00A87EC4">
        <w:rPr>
          <w:rFonts w:ascii="Arial" w:hAnsi="Arial" w:cs="Arial"/>
          <w:sz w:val="24"/>
          <w:szCs w:val="24"/>
        </w:rPr>
        <w:br/>
      </w:r>
      <w:r w:rsidRPr="00A87EC4">
        <w:rPr>
          <w:rFonts w:ascii="Arial" w:hAnsi="Arial" w:cs="Arial"/>
          <w:sz w:val="24"/>
          <w:szCs w:val="24"/>
        </w:rPr>
        <w:br/>
      </w:r>
      <w:proofErr w:type="gramStart"/>
      <w:r w:rsidRPr="00A87EC4">
        <w:rPr>
          <w:rFonts w:ascii="Arial" w:hAnsi="Arial" w:cs="Arial"/>
          <w:sz w:val="24"/>
          <w:szCs w:val="24"/>
        </w:rPr>
        <w:lastRenderedPageBreak/>
        <w:t>[ ]</w:t>
      </w:r>
      <w:proofErr w:type="gramEnd"/>
      <w:r w:rsidRPr="00A87EC4">
        <w:rPr>
          <w:rFonts w:ascii="Arial" w:hAnsi="Arial" w:cs="Arial"/>
          <w:sz w:val="24"/>
          <w:szCs w:val="24"/>
        </w:rPr>
        <w:t xml:space="preserve"> Fundraising</w:t>
      </w:r>
      <w:r w:rsidRPr="00A87EC4">
        <w:rPr>
          <w:rFonts w:ascii="Arial" w:hAnsi="Arial" w:cs="Arial"/>
          <w:sz w:val="24"/>
          <w:szCs w:val="24"/>
        </w:rPr>
        <w:br/>
      </w:r>
      <w:proofErr w:type="gramStart"/>
      <w:r w:rsidRPr="00A87EC4">
        <w:rPr>
          <w:rFonts w:ascii="Arial" w:hAnsi="Arial" w:cs="Arial"/>
          <w:sz w:val="24"/>
          <w:szCs w:val="24"/>
        </w:rPr>
        <w:t>[ ]</w:t>
      </w:r>
      <w:proofErr w:type="gramEnd"/>
      <w:r w:rsidRPr="00A87EC4">
        <w:rPr>
          <w:rFonts w:ascii="Arial" w:hAnsi="Arial" w:cs="Arial"/>
          <w:sz w:val="24"/>
          <w:szCs w:val="24"/>
        </w:rPr>
        <w:t xml:space="preserve"> Classroom </w:t>
      </w:r>
      <w:r>
        <w:rPr>
          <w:rFonts w:ascii="Arial" w:hAnsi="Arial" w:cs="Arial"/>
          <w:sz w:val="24"/>
          <w:szCs w:val="24"/>
        </w:rPr>
        <w:t>Support</w:t>
      </w:r>
    </w:p>
    <w:p w:rsidR="00A87EC4" w:rsidP="00A87EC4" w:rsidRDefault="00A87EC4" w14:paraId="688C8210" w14:textId="45CD98D0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A87EC4">
        <w:rPr>
          <w:rFonts w:ascii="Arial" w:hAnsi="Arial" w:cs="Arial"/>
          <w:sz w:val="24"/>
          <w:szCs w:val="24"/>
        </w:rPr>
        <w:t>[ ]</w:t>
      </w:r>
      <w:proofErr w:type="gramEnd"/>
      <w:r w:rsidRPr="00A87EC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School Trips</w:t>
      </w:r>
    </w:p>
    <w:p w:rsidR="00A87EC4" w:rsidP="00A87EC4" w:rsidRDefault="00A87EC4" w14:paraId="61BED5AA" w14:textId="497ED4EA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A87EC4">
        <w:rPr>
          <w:rFonts w:ascii="Arial" w:hAnsi="Arial" w:cs="Arial"/>
          <w:sz w:val="24"/>
          <w:szCs w:val="24"/>
        </w:rPr>
        <w:t>[ ]</w:t>
      </w:r>
      <w:proofErr w:type="gramEnd"/>
      <w:r w:rsidRPr="00A87EC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Boarding Support</w:t>
      </w:r>
    </w:p>
    <w:p w:rsidR="00A87EC4" w:rsidP="00A87EC4" w:rsidRDefault="00A87EC4" w14:paraId="046DB3B8" w14:textId="777777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Pr="00A87EC4" w:rsidR="0087295F" w:rsidP="00A87EC4" w:rsidRDefault="00A87EC4" w14:paraId="71539AC0" w14:textId="6C4F1A0C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A87EC4">
        <w:rPr>
          <w:rFonts w:ascii="Arial" w:hAnsi="Arial" w:cs="Arial"/>
          <w:sz w:val="24"/>
          <w:szCs w:val="24"/>
        </w:rPr>
        <w:t>[ ]</w:t>
      </w:r>
      <w:proofErr w:type="gramEnd"/>
      <w:r w:rsidRPr="00A87EC4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87EC4">
        <w:rPr>
          <w:rFonts w:ascii="Arial" w:hAnsi="Arial" w:cs="Arial"/>
          <w:sz w:val="24"/>
          <w:szCs w:val="24"/>
        </w:rPr>
        <w:t>Other: _</w:t>
      </w:r>
      <w:proofErr w:type="gramEnd"/>
      <w:r w:rsidRPr="00A87EC4">
        <w:rPr>
          <w:rFonts w:ascii="Arial" w:hAnsi="Arial" w:cs="Arial"/>
          <w:sz w:val="24"/>
          <w:szCs w:val="24"/>
        </w:rPr>
        <w:t>_________________________</w:t>
      </w:r>
    </w:p>
    <w:p w:rsidRPr="00A87EC4" w:rsidR="0087295F" w:rsidRDefault="00A87EC4" w14:paraId="2F64994F" w14:textId="77777777">
      <w:pPr>
        <w:pStyle w:val="Heading2"/>
        <w:rPr>
          <w:rFonts w:ascii="Arial" w:hAnsi="Arial" w:cs="Arial"/>
          <w:sz w:val="24"/>
          <w:szCs w:val="24"/>
        </w:rPr>
      </w:pPr>
      <w:r w:rsidRPr="00A87EC4">
        <w:rPr>
          <w:rFonts w:ascii="Arial" w:hAnsi="Arial" w:cs="Arial"/>
          <w:sz w:val="24"/>
          <w:szCs w:val="24"/>
        </w:rPr>
        <w:t>Safeguarding Declaration</w:t>
      </w:r>
    </w:p>
    <w:p w:rsidRPr="00A87EC4" w:rsidR="0087295F" w:rsidRDefault="00A87EC4" w14:paraId="415A325B" w14:textId="13B7AEB7">
      <w:pPr>
        <w:rPr>
          <w:rFonts w:ascii="Arial" w:hAnsi="Arial" w:cs="Arial"/>
          <w:sz w:val="24"/>
          <w:szCs w:val="24"/>
        </w:rPr>
      </w:pPr>
      <w:r w:rsidRPr="68D42A0D" w:rsidR="00A87EC4">
        <w:rPr>
          <w:rFonts w:ascii="Arial" w:hAnsi="Arial" w:cs="Arial"/>
          <w:sz w:val="24"/>
          <w:szCs w:val="24"/>
        </w:rPr>
        <w:t>I understand that this form is for occasional volunteering. If my involvement becomes regular or includes regulated activity, I may be required to complete a DBS check</w:t>
      </w:r>
      <w:r w:rsidRPr="68D42A0D" w:rsidR="00A87EC4">
        <w:rPr>
          <w:rFonts w:ascii="Arial" w:hAnsi="Arial" w:cs="Arial"/>
          <w:sz w:val="24"/>
          <w:szCs w:val="24"/>
        </w:rPr>
        <w:t xml:space="preserve"> and Volunteer enhanced application form</w:t>
      </w:r>
      <w:r w:rsidRPr="68D42A0D" w:rsidR="00A87EC4">
        <w:rPr>
          <w:rFonts w:ascii="Arial" w:hAnsi="Arial" w:cs="Arial"/>
          <w:sz w:val="24"/>
          <w:szCs w:val="24"/>
        </w:rPr>
        <w:t>. I agree to follow the school’s safeguarding policies and procedures.</w:t>
      </w:r>
    </w:p>
    <w:p w:rsidR="312B7B96" w:rsidP="68D42A0D" w:rsidRDefault="312B7B96" w14:paraId="6B8B58E8" w14:textId="13E7E9E9">
      <w:pPr>
        <w:spacing w:line="24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68D42A0D" w:rsidR="312B7B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have read and agree to comply with the Code of Conduct within the Volunteer Policy</w:t>
      </w:r>
    </w:p>
    <w:p w:rsidRPr="00A87EC4" w:rsidR="0087295F" w:rsidRDefault="00A87EC4" w14:paraId="3C4AB1EA" w14:textId="77777777">
      <w:pPr>
        <w:pStyle w:val="Heading2"/>
        <w:rPr>
          <w:rFonts w:ascii="Arial" w:hAnsi="Arial" w:cs="Arial"/>
          <w:sz w:val="24"/>
          <w:szCs w:val="24"/>
        </w:rPr>
      </w:pPr>
      <w:r w:rsidRPr="00A87EC4">
        <w:rPr>
          <w:rFonts w:ascii="Arial" w:hAnsi="Arial" w:cs="Arial"/>
          <w:sz w:val="24"/>
          <w:szCs w:val="24"/>
        </w:rPr>
        <w:t>Declaration</w:t>
      </w:r>
    </w:p>
    <w:p w:rsidRPr="00A87EC4" w:rsidR="0087295F" w:rsidRDefault="00A87EC4" w14:paraId="18982438" w14:textId="77777777">
      <w:pPr>
        <w:rPr>
          <w:rFonts w:ascii="Arial" w:hAnsi="Arial" w:cs="Arial"/>
          <w:sz w:val="24"/>
          <w:szCs w:val="24"/>
        </w:rPr>
      </w:pPr>
      <w:r w:rsidRPr="00A87EC4">
        <w:rPr>
          <w:rFonts w:ascii="Arial" w:hAnsi="Arial" w:cs="Arial"/>
          <w:sz w:val="24"/>
          <w:szCs w:val="24"/>
        </w:rPr>
        <w:t>Signature: ____________________________________________</w:t>
      </w:r>
    </w:p>
    <w:p w:rsidRPr="00A87EC4" w:rsidR="0087295F" w:rsidRDefault="00A87EC4" w14:paraId="1FB23364" w14:textId="77777777">
      <w:pPr>
        <w:rPr>
          <w:rFonts w:ascii="Arial" w:hAnsi="Arial" w:cs="Arial"/>
          <w:sz w:val="24"/>
          <w:szCs w:val="24"/>
        </w:rPr>
      </w:pPr>
      <w:r w:rsidRPr="68D42A0D" w:rsidR="00A87EC4">
        <w:rPr>
          <w:rFonts w:ascii="Arial" w:hAnsi="Arial" w:cs="Arial"/>
          <w:sz w:val="24"/>
          <w:szCs w:val="24"/>
        </w:rPr>
        <w:t>Date: ________________________________________________</w:t>
      </w:r>
    </w:p>
    <w:sectPr w:rsidRPr="00A87EC4" w:rsidR="00A87EC4" w:rsidSect="00034616">
      <w:footerReference w:type="default" r:id="rId13"/>
      <w:pgSz w:w="12240" w:h="15840" w:orient="portrait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87EC4" w:rsidP="00A87EC4" w:rsidRDefault="00A87EC4" w14:paraId="35B32653" w14:textId="77777777">
      <w:pPr>
        <w:spacing w:after="0" w:line="240" w:lineRule="auto"/>
      </w:pPr>
      <w:r>
        <w:separator/>
      </w:r>
    </w:p>
  </w:endnote>
  <w:endnote w:type="continuationSeparator" w:id="0">
    <w:p w:rsidR="00A87EC4" w:rsidP="00A87EC4" w:rsidRDefault="00A87EC4" w14:paraId="009388D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1610036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87EC4" w:rsidRDefault="00A87EC4" w14:paraId="576183C5" w14:textId="108E8D2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87EC4" w:rsidRDefault="00A87EC4" w14:paraId="510AD8DB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87EC4" w:rsidP="00A87EC4" w:rsidRDefault="00A87EC4" w14:paraId="3776AD59" w14:textId="77777777">
      <w:pPr>
        <w:spacing w:after="0" w:line="240" w:lineRule="auto"/>
      </w:pPr>
      <w:r>
        <w:separator/>
      </w:r>
    </w:p>
  </w:footnote>
  <w:footnote w:type="continuationSeparator" w:id="0">
    <w:p w:rsidR="00A87EC4" w:rsidP="00A87EC4" w:rsidRDefault="00A87EC4" w14:paraId="3283C08F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9" w15:restartNumberingAfterBreak="0">
    <w:nsid w:val="00347620"/>
    <w:multiLevelType w:val="multilevel"/>
    <w:tmpl w:val="D53CE9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6C44BE3"/>
    <w:multiLevelType w:val="multilevel"/>
    <w:tmpl w:val="293A2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70F7C35"/>
    <w:multiLevelType w:val="multilevel"/>
    <w:tmpl w:val="BB7E68E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8596C8D"/>
    <w:multiLevelType w:val="multilevel"/>
    <w:tmpl w:val="54106FB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0676A79"/>
    <w:multiLevelType w:val="multilevel"/>
    <w:tmpl w:val="DC02F2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4123802"/>
    <w:multiLevelType w:val="multilevel"/>
    <w:tmpl w:val="E348DD5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42D2FC0"/>
    <w:multiLevelType w:val="multilevel"/>
    <w:tmpl w:val="487A031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FA574E"/>
    <w:multiLevelType w:val="multilevel"/>
    <w:tmpl w:val="3AD6826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7F84A72"/>
    <w:multiLevelType w:val="multilevel"/>
    <w:tmpl w:val="8A2645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F7B61DB"/>
    <w:multiLevelType w:val="multilevel"/>
    <w:tmpl w:val="B1AED2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1125DC7"/>
    <w:multiLevelType w:val="multilevel"/>
    <w:tmpl w:val="C532BAD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4BD2A0B"/>
    <w:multiLevelType w:val="multilevel"/>
    <w:tmpl w:val="6908ECC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98F1C98"/>
    <w:multiLevelType w:val="multilevel"/>
    <w:tmpl w:val="7404515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9D870D0"/>
    <w:multiLevelType w:val="multilevel"/>
    <w:tmpl w:val="66CE7C7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441C55"/>
    <w:multiLevelType w:val="multilevel"/>
    <w:tmpl w:val="37FC0AB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CA27456"/>
    <w:multiLevelType w:val="multilevel"/>
    <w:tmpl w:val="8ADED77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DA43236"/>
    <w:multiLevelType w:val="multilevel"/>
    <w:tmpl w:val="14CE87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2E940E8C"/>
    <w:multiLevelType w:val="multilevel"/>
    <w:tmpl w:val="7228E68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80900CD"/>
    <w:multiLevelType w:val="multilevel"/>
    <w:tmpl w:val="C7C2EA4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A10313D"/>
    <w:multiLevelType w:val="multilevel"/>
    <w:tmpl w:val="369672A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CC50F2B"/>
    <w:multiLevelType w:val="multilevel"/>
    <w:tmpl w:val="539041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5300531"/>
    <w:multiLevelType w:val="multilevel"/>
    <w:tmpl w:val="958EE0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6DF1870"/>
    <w:multiLevelType w:val="multilevel"/>
    <w:tmpl w:val="8C4CA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7B5235E"/>
    <w:multiLevelType w:val="multilevel"/>
    <w:tmpl w:val="150CEF1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8594425"/>
    <w:multiLevelType w:val="multilevel"/>
    <w:tmpl w:val="10DE6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752B7F"/>
    <w:multiLevelType w:val="multilevel"/>
    <w:tmpl w:val="B98832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00D3A4E"/>
    <w:multiLevelType w:val="multilevel"/>
    <w:tmpl w:val="27F2F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0521BE1"/>
    <w:multiLevelType w:val="multilevel"/>
    <w:tmpl w:val="70FA8C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7C450E0"/>
    <w:multiLevelType w:val="multilevel"/>
    <w:tmpl w:val="BFE2F5A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D5B4810"/>
    <w:multiLevelType w:val="multilevel"/>
    <w:tmpl w:val="AD088B8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F2D1A49"/>
    <w:multiLevelType w:val="multilevel"/>
    <w:tmpl w:val="2022084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B20894"/>
    <w:multiLevelType w:val="multilevel"/>
    <w:tmpl w:val="9A3A3B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D900263"/>
    <w:multiLevelType w:val="multilevel"/>
    <w:tmpl w:val="5BF42F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3612DFD"/>
    <w:multiLevelType w:val="multilevel"/>
    <w:tmpl w:val="1D6C0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439772F"/>
    <w:multiLevelType w:val="multilevel"/>
    <w:tmpl w:val="11FEBD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4CD1F0E"/>
    <w:multiLevelType w:val="multilevel"/>
    <w:tmpl w:val="46CC69F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7512501"/>
    <w:multiLevelType w:val="multilevel"/>
    <w:tmpl w:val="9708AB0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9D77E09"/>
    <w:multiLevelType w:val="multilevel"/>
    <w:tmpl w:val="E7F8C71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CD7295B"/>
    <w:multiLevelType w:val="multilevel"/>
    <w:tmpl w:val="972CE37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CD9528A"/>
    <w:multiLevelType w:val="multilevel"/>
    <w:tmpl w:val="823468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50197087">
    <w:abstractNumId w:val="8"/>
  </w:num>
  <w:num w:numId="2" w16cid:durableId="1151949007">
    <w:abstractNumId w:val="6"/>
  </w:num>
  <w:num w:numId="3" w16cid:durableId="332804317">
    <w:abstractNumId w:val="5"/>
  </w:num>
  <w:num w:numId="4" w16cid:durableId="1511409627">
    <w:abstractNumId w:val="4"/>
  </w:num>
  <w:num w:numId="5" w16cid:durableId="1581256601">
    <w:abstractNumId w:val="7"/>
  </w:num>
  <w:num w:numId="6" w16cid:durableId="1224682164">
    <w:abstractNumId w:val="3"/>
  </w:num>
  <w:num w:numId="7" w16cid:durableId="1072385596">
    <w:abstractNumId w:val="2"/>
  </w:num>
  <w:num w:numId="8" w16cid:durableId="442072964">
    <w:abstractNumId w:val="1"/>
  </w:num>
  <w:num w:numId="9" w16cid:durableId="728923836">
    <w:abstractNumId w:val="0"/>
  </w:num>
  <w:num w:numId="10" w16cid:durableId="348221604">
    <w:abstractNumId w:val="9"/>
  </w:num>
  <w:num w:numId="11" w16cid:durableId="2137602835">
    <w:abstractNumId w:val="40"/>
  </w:num>
  <w:num w:numId="12" w16cid:durableId="1956865097">
    <w:abstractNumId w:val="12"/>
  </w:num>
  <w:num w:numId="13" w16cid:durableId="1885754391">
    <w:abstractNumId w:val="13"/>
  </w:num>
  <w:num w:numId="14" w16cid:durableId="740714007">
    <w:abstractNumId w:val="24"/>
  </w:num>
  <w:num w:numId="15" w16cid:durableId="153110376">
    <w:abstractNumId w:val="32"/>
  </w:num>
  <w:num w:numId="16" w16cid:durableId="1816484480">
    <w:abstractNumId w:val="21"/>
  </w:num>
  <w:num w:numId="17" w16cid:durableId="1766270027">
    <w:abstractNumId w:val="28"/>
  </w:num>
  <w:num w:numId="18" w16cid:durableId="333536835">
    <w:abstractNumId w:val="14"/>
  </w:num>
  <w:num w:numId="19" w16cid:durableId="278413517">
    <w:abstractNumId w:val="46"/>
  </w:num>
  <w:num w:numId="20" w16cid:durableId="1288663584">
    <w:abstractNumId w:val="25"/>
  </w:num>
  <w:num w:numId="21" w16cid:durableId="1257443658">
    <w:abstractNumId w:val="17"/>
  </w:num>
  <w:num w:numId="22" w16cid:durableId="1093554161">
    <w:abstractNumId w:val="10"/>
  </w:num>
  <w:num w:numId="23" w16cid:durableId="1013069821">
    <w:abstractNumId w:val="20"/>
  </w:num>
  <w:num w:numId="24" w16cid:durableId="2105303695">
    <w:abstractNumId w:val="18"/>
  </w:num>
  <w:num w:numId="25" w16cid:durableId="1868058365">
    <w:abstractNumId w:val="33"/>
  </w:num>
  <w:num w:numId="26" w16cid:durableId="1277519230">
    <w:abstractNumId w:val="45"/>
  </w:num>
  <w:num w:numId="27" w16cid:durableId="32271179">
    <w:abstractNumId w:val="36"/>
  </w:num>
  <w:num w:numId="28" w16cid:durableId="1453982785">
    <w:abstractNumId w:val="39"/>
  </w:num>
  <w:num w:numId="29" w16cid:durableId="1137526961">
    <w:abstractNumId w:val="43"/>
  </w:num>
  <w:num w:numId="30" w16cid:durableId="1599171806">
    <w:abstractNumId w:val="47"/>
  </w:num>
  <w:num w:numId="31" w16cid:durableId="1576042205">
    <w:abstractNumId w:val="37"/>
  </w:num>
  <w:num w:numId="32" w16cid:durableId="823163525">
    <w:abstractNumId w:val="26"/>
  </w:num>
  <w:num w:numId="33" w16cid:durableId="1701514596">
    <w:abstractNumId w:val="15"/>
  </w:num>
  <w:num w:numId="34" w16cid:durableId="2103603784">
    <w:abstractNumId w:val="44"/>
  </w:num>
  <w:num w:numId="35" w16cid:durableId="1639842533">
    <w:abstractNumId w:val="11"/>
  </w:num>
  <w:num w:numId="36" w16cid:durableId="404960043">
    <w:abstractNumId w:val="23"/>
  </w:num>
  <w:num w:numId="37" w16cid:durableId="955138928">
    <w:abstractNumId w:val="31"/>
  </w:num>
  <w:num w:numId="38" w16cid:durableId="1720785514">
    <w:abstractNumId w:val="41"/>
  </w:num>
  <w:num w:numId="39" w16cid:durableId="1716345516">
    <w:abstractNumId w:val="16"/>
  </w:num>
  <w:num w:numId="40" w16cid:durableId="586616270">
    <w:abstractNumId w:val="27"/>
  </w:num>
  <w:num w:numId="41" w16cid:durableId="352154469">
    <w:abstractNumId w:val="35"/>
  </w:num>
  <w:num w:numId="42" w16cid:durableId="225142124">
    <w:abstractNumId w:val="34"/>
  </w:num>
  <w:num w:numId="43" w16cid:durableId="1518763773">
    <w:abstractNumId w:val="29"/>
  </w:num>
  <w:num w:numId="44" w16cid:durableId="1476678767">
    <w:abstractNumId w:val="19"/>
  </w:num>
  <w:num w:numId="45" w16cid:durableId="91097993">
    <w:abstractNumId w:val="42"/>
  </w:num>
  <w:num w:numId="46" w16cid:durableId="2058433910">
    <w:abstractNumId w:val="30"/>
  </w:num>
  <w:num w:numId="47" w16cid:durableId="1320037644">
    <w:abstractNumId w:val="22"/>
  </w:num>
  <w:num w:numId="48" w16cid:durableId="696857579">
    <w:abstractNumId w:val="38"/>
  </w:num>
  <w:num w:numId="49" w16cid:durableId="458954153">
    <w:abstractNumId w:val="4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54291"/>
    <w:rsid w:val="0006063C"/>
    <w:rsid w:val="0015074B"/>
    <w:rsid w:val="0029639D"/>
    <w:rsid w:val="00326F90"/>
    <w:rsid w:val="0087295F"/>
    <w:rsid w:val="00A87EC4"/>
    <w:rsid w:val="00AA1D8D"/>
    <w:rsid w:val="00B47730"/>
    <w:rsid w:val="00CB0664"/>
    <w:rsid w:val="00FC693F"/>
    <w:rsid w:val="312B7B96"/>
    <w:rsid w:val="68D42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1208B69"/>
  <w14:defaultImageDpi w14:val="300"/>
  <w15:docId w15:val="{9CE15FEC-A552-4504-8C2D-719EE2D09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C693F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C693F"/>
    <w:rPr>
      <w:rFonts w:asciiTheme="majorHAnsi" w:hAnsiTheme="majorHAnsi" w:eastAsiaTheme="majorEastAsia" w:cstheme="majorBidi"/>
      <w:color w:val="243F60" w:themeColor="accent1" w:themeShade="7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C693F"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C693F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paragraph" w:customStyle="1">
    <w:name w:val="paragraph"/>
    <w:basedOn w:val="Normal"/>
    <w:rsid w:val="00A87EC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normaltextrun" w:customStyle="1">
    <w:name w:val="normaltextrun"/>
    <w:basedOn w:val="DefaultParagraphFont"/>
    <w:rsid w:val="00A87EC4"/>
  </w:style>
  <w:style w:type="character" w:styleId="eop" w:customStyle="1">
    <w:name w:val="eop"/>
    <w:basedOn w:val="DefaultParagraphFont"/>
    <w:rsid w:val="00A87EC4"/>
  </w:style>
  <w:style w:type="character" w:styleId="scxw96543643" w:customStyle="1">
    <w:name w:val="scxw96543643"/>
    <w:basedOn w:val="DefaultParagraphFont"/>
    <w:rsid w:val="00A87EC4"/>
  </w:style>
  <w:style w:type="character" w:styleId="wacimagecontainer" w:customStyle="1">
    <w:name w:val="wacimagecontainer"/>
    <w:basedOn w:val="DefaultParagraphFont"/>
    <w:rsid w:val="00A87EC4"/>
  </w:style>
  <w:style w:type="character" w:styleId="tabchar" w:customStyle="1">
    <w:name w:val="tabchar"/>
    <w:basedOn w:val="DefaultParagraphFont"/>
    <w:rsid w:val="00A87EC4"/>
  </w:style>
  <w:style w:type="character" w:styleId="Hyperlink">
    <w:name w:val="Hyperlink"/>
    <w:basedOn w:val="DefaultParagraphFont"/>
    <w:uiPriority w:val="99"/>
    <w:unhideWhenUsed/>
    <w:rsid w:val="00A87EC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7E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yperlink" Target="mailto:lcallaway@theroyal.school" TargetMode="Externa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theme" Target="theme/theme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8B499F2F60EE4DA00634AD87FEE076" ma:contentTypeVersion="17" ma:contentTypeDescription="Create a new document." ma:contentTypeScope="" ma:versionID="64dd69c634b6b341271428ba3373a79b">
  <xsd:schema xmlns:xsd="http://www.w3.org/2001/XMLSchema" xmlns:xs="http://www.w3.org/2001/XMLSchema" xmlns:p="http://schemas.microsoft.com/office/2006/metadata/properties" xmlns:ns2="1e772575-94ba-4e53-a87e-44ccbeb4cbf1" xmlns:ns3="8f8d8583-16ba-463a-996a-7e68866e30ef" targetNamespace="http://schemas.microsoft.com/office/2006/metadata/properties" ma:root="true" ma:fieldsID="eed95eabfb3d38aaa3701222f8606925" ns2:_="" ns3:_="">
    <xsd:import namespace="1e772575-94ba-4e53-a87e-44ccbeb4cbf1"/>
    <xsd:import namespace="8f8d8583-16ba-463a-996a-7e68866e30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772575-94ba-4e53-a87e-44ccbeb4cb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9b5984e0-c8dd-4381-b618-349e43aa2f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d8583-16ba-463a-996a-7e68866e30e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7e1f132-a780-40c4-973d-2f75be10c764}" ma:internalName="TaxCatchAll" ma:showField="CatchAllData" ma:web="8f8d8583-16ba-463a-996a-7e68866e30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f8d8583-16ba-463a-996a-7e68866e30ef" xsi:nil="true"/>
    <lcf76f155ced4ddcb4097134ff3c332f xmlns="1e772575-94ba-4e53-a87e-44ccbeb4cbf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8F3B10-25DD-4950-BE2E-CCA9C9811BE3}"/>
</file>

<file path=customXml/itemProps3.xml><?xml version="1.0" encoding="utf-8"?>
<ds:datastoreItem xmlns:ds="http://schemas.openxmlformats.org/officeDocument/2006/customXml" ds:itemID="{D5C71D4C-4819-4866-AFA7-1E1AF1D2C2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F48B90D-783E-4180-8B8B-E9EB4162E0EE}">
  <ds:schemaRefs>
    <ds:schemaRef ds:uri="http://purl.org/dc/dcmitype/"/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1e772575-94ba-4e53-a87e-44ccbeb4cbf1"/>
    <ds:schemaRef ds:uri="8f8d8583-16ba-463a-996a-7e68866e30ef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Linda Callaway</cp:lastModifiedBy>
  <cp:revision>3</cp:revision>
  <dcterms:created xsi:type="dcterms:W3CDTF">2025-11-14T11:36:00Z</dcterms:created>
  <dcterms:modified xsi:type="dcterms:W3CDTF">2025-11-14T11:40:59Z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0x010100848B499F2F60EE4DA00634AD87FEE076</vt:lpwstr>
  </property>
  <property fmtid="{D5CDD505-2E9C-101B-9397-08002B2CF9AE}" pid="3" name="MediaServiceImageTags">
    <vt:lpwstr/>
  </property>
</Properties>
</file>